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nil"/>
          <w:left w:val="nil"/>
          <w:bottom w:val="single" w:sz="16" w:space="0" w:color="000000"/>
          <w:right w:val="nil"/>
          <w:insideH w:val="nil"/>
          <w:insideV w:val="nil"/>
        </w:tblBorders>
        <w:tblLayout w:type="fixed"/>
        <w:tblLook w:val="04A0" w:firstRow="1" w:lastRow="0" w:firstColumn="1" w:lastColumn="0" w:noHBand="0" w:noVBand="1"/>
      </w:tblPr>
      <w:tblGrid>
        <w:gridCol w:w="1474"/>
        <w:gridCol w:w="6803"/>
        <w:gridCol w:w="1644"/>
      </w:tblGrid>
      <w:tr w:rsidR="003A1E30" w:rsidRPr="003D5C3A" w14:paraId="3CDFAFC9" w14:textId="77777777">
        <w:trPr>
          <w:jc w:val="center"/>
        </w:trPr>
        <w:tc>
          <w:tcPr>
            <w:tcW w:w="1474" w:type="dxa"/>
            <w:tcMar>
              <w:top w:w="0" w:type="dxa"/>
              <w:left w:w="60" w:type="dxa"/>
              <w:bottom w:w="0" w:type="dxa"/>
              <w:right w:w="60" w:type="dxa"/>
            </w:tcMar>
            <w:vAlign w:val="center"/>
          </w:tcPr>
          <w:p w14:paraId="6D456DD2" w14:textId="77777777" w:rsidR="003A1E30" w:rsidRPr="003D5C3A" w:rsidRDefault="00000000">
            <w:pPr>
              <w:spacing w:after="40"/>
              <w:jc w:val="center"/>
              <w:rPr>
                <w:sz w:val="24"/>
                <w:szCs w:val="24"/>
              </w:rPr>
            </w:pPr>
            <w:r w:rsidRPr="003D5C3A">
              <w:rPr>
                <w:noProof/>
                <w:sz w:val="24"/>
                <w:szCs w:val="24"/>
              </w:rPr>
              <w:drawing>
                <wp:inline distT="0" distB="0" distL="0" distR="0" wp14:anchorId="1A8B8675" wp14:editId="75B20075">
                  <wp:extent cx="774000" cy="9073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pic:nvPicPr>
                        <pic:blipFill>
                          <a:blip r:embed="rId8"/>
                          <a:stretch>
                            <a:fillRect/>
                          </a:stretch>
                        </pic:blipFill>
                        <pic:spPr>
                          <a:xfrm>
                            <a:off x="0" y="0"/>
                            <a:ext cx="774000" cy="907320"/>
                          </a:xfrm>
                          <a:prstGeom prst="rect">
                            <a:avLst/>
                          </a:prstGeom>
                        </pic:spPr>
                      </pic:pic>
                    </a:graphicData>
                  </a:graphic>
                </wp:inline>
              </w:drawing>
            </w:r>
          </w:p>
        </w:tc>
        <w:tc>
          <w:tcPr>
            <w:tcW w:w="6803" w:type="dxa"/>
            <w:tcMar>
              <w:top w:w="0" w:type="dxa"/>
              <w:left w:w="60" w:type="dxa"/>
              <w:bottom w:w="0" w:type="dxa"/>
              <w:right w:w="60" w:type="dxa"/>
            </w:tcMar>
            <w:vAlign w:val="center"/>
          </w:tcPr>
          <w:p w14:paraId="1B92F3AC" w14:textId="77777777" w:rsidR="003A1E30" w:rsidRPr="003D5C3A" w:rsidRDefault="00000000">
            <w:pPr>
              <w:spacing w:after="0" w:line="221" w:lineRule="auto"/>
              <w:jc w:val="center"/>
              <w:rPr>
                <w:sz w:val="24"/>
                <w:szCs w:val="24"/>
              </w:rPr>
            </w:pPr>
            <w:r w:rsidRPr="003D5C3A">
              <w:rPr>
                <w:b/>
                <w:color w:val="000000"/>
                <w:sz w:val="24"/>
                <w:szCs w:val="24"/>
              </w:rPr>
              <w:t>CONSILIUL JUDEȚEAN ARAD</w:t>
            </w:r>
          </w:p>
          <w:p w14:paraId="6F9AD3FD" w14:textId="77777777" w:rsidR="003A1E30" w:rsidRPr="003D5C3A" w:rsidRDefault="00000000">
            <w:pPr>
              <w:spacing w:after="0" w:line="221" w:lineRule="auto"/>
              <w:jc w:val="center"/>
              <w:rPr>
                <w:sz w:val="24"/>
                <w:szCs w:val="24"/>
              </w:rPr>
            </w:pPr>
            <w:r w:rsidRPr="003D5C3A">
              <w:rPr>
                <w:b/>
                <w:color w:val="000000"/>
                <w:sz w:val="24"/>
                <w:szCs w:val="24"/>
              </w:rPr>
              <w:t>DIRECȚIA GENERALĂ DE ASISTENȚĂ SOCIALĂ</w:t>
            </w:r>
          </w:p>
          <w:p w14:paraId="21C38E31" w14:textId="77777777" w:rsidR="003A1E30" w:rsidRPr="003D5C3A" w:rsidRDefault="00000000">
            <w:pPr>
              <w:spacing w:after="0" w:line="221" w:lineRule="auto"/>
              <w:jc w:val="center"/>
              <w:rPr>
                <w:sz w:val="24"/>
                <w:szCs w:val="24"/>
              </w:rPr>
            </w:pPr>
            <w:r w:rsidRPr="003D5C3A">
              <w:rPr>
                <w:b/>
                <w:color w:val="000000"/>
                <w:sz w:val="24"/>
                <w:szCs w:val="24"/>
              </w:rPr>
              <w:t>ȘI PROTECȚIA COPILULUI</w:t>
            </w:r>
          </w:p>
          <w:p w14:paraId="6632BC40" w14:textId="77777777" w:rsidR="003A1E30" w:rsidRPr="003D5C3A" w:rsidRDefault="00000000">
            <w:pPr>
              <w:spacing w:after="0" w:line="221" w:lineRule="auto"/>
              <w:jc w:val="center"/>
              <w:rPr>
                <w:sz w:val="24"/>
                <w:szCs w:val="24"/>
              </w:rPr>
            </w:pPr>
            <w:r w:rsidRPr="003D5C3A">
              <w:rPr>
                <w:b/>
                <w:color w:val="000000"/>
                <w:sz w:val="24"/>
                <w:szCs w:val="24"/>
              </w:rPr>
              <w:t>Str. 1 Decembrie 1918, nr. 14, cod 310134</w:t>
            </w:r>
          </w:p>
          <w:p w14:paraId="436CC3E8" w14:textId="77777777" w:rsidR="003A1E30" w:rsidRPr="003D5C3A" w:rsidRDefault="00000000">
            <w:pPr>
              <w:spacing w:after="0" w:line="221" w:lineRule="auto"/>
              <w:jc w:val="center"/>
              <w:rPr>
                <w:sz w:val="24"/>
                <w:szCs w:val="24"/>
              </w:rPr>
            </w:pPr>
            <w:r w:rsidRPr="003D5C3A">
              <w:rPr>
                <w:b/>
                <w:color w:val="000000"/>
                <w:sz w:val="24"/>
                <w:szCs w:val="24"/>
              </w:rPr>
              <w:t>tel./fax: 0040-(0)257-210055, 210035</w:t>
            </w:r>
          </w:p>
          <w:p w14:paraId="3EA48142" w14:textId="77777777" w:rsidR="003A1E30" w:rsidRPr="003D5C3A" w:rsidRDefault="00000000">
            <w:pPr>
              <w:spacing w:after="0" w:line="221" w:lineRule="auto"/>
              <w:jc w:val="center"/>
              <w:rPr>
                <w:sz w:val="24"/>
                <w:szCs w:val="24"/>
              </w:rPr>
            </w:pPr>
            <w:r w:rsidRPr="003D5C3A">
              <w:rPr>
                <w:b/>
                <w:color w:val="000000"/>
                <w:sz w:val="24"/>
                <w:szCs w:val="24"/>
              </w:rPr>
              <w:t>mobil: 0040-(0)745-534965; 0040-(0)735-203423</w:t>
            </w:r>
          </w:p>
          <w:p w14:paraId="47FFA2FC" w14:textId="77777777" w:rsidR="003A1E30" w:rsidRPr="003D5C3A" w:rsidRDefault="00000000">
            <w:pPr>
              <w:spacing w:after="0" w:line="221" w:lineRule="auto"/>
              <w:jc w:val="center"/>
              <w:rPr>
                <w:sz w:val="24"/>
                <w:szCs w:val="24"/>
              </w:rPr>
            </w:pPr>
            <w:r w:rsidRPr="003D5C3A">
              <w:rPr>
                <w:color w:val="000000"/>
                <w:sz w:val="24"/>
                <w:szCs w:val="24"/>
              </w:rPr>
              <w:t>e-mail: secretariat@dgaspc-arad.ro; web: www.dgaspc-arad.ro</w:t>
            </w:r>
          </w:p>
          <w:p w14:paraId="351C6781" w14:textId="77777777" w:rsidR="003A1E30" w:rsidRPr="003D5C3A" w:rsidRDefault="00000000">
            <w:pPr>
              <w:spacing w:after="0" w:line="221" w:lineRule="auto"/>
              <w:jc w:val="center"/>
              <w:rPr>
                <w:sz w:val="24"/>
                <w:szCs w:val="24"/>
              </w:rPr>
            </w:pPr>
            <w:r w:rsidRPr="003D5C3A">
              <w:rPr>
                <w:b/>
                <w:color w:val="000000"/>
                <w:sz w:val="24"/>
                <w:szCs w:val="24"/>
              </w:rPr>
              <w:t>Operator de prelucrare date cu caracter personal nr. 8089</w:t>
            </w:r>
          </w:p>
        </w:tc>
        <w:tc>
          <w:tcPr>
            <w:tcW w:w="1644" w:type="dxa"/>
            <w:tcMar>
              <w:top w:w="0" w:type="dxa"/>
              <w:left w:w="60" w:type="dxa"/>
              <w:bottom w:w="0" w:type="dxa"/>
              <w:right w:w="60" w:type="dxa"/>
            </w:tcMar>
            <w:vAlign w:val="center"/>
          </w:tcPr>
          <w:p w14:paraId="1DBB7E0E" w14:textId="77777777" w:rsidR="003A1E30" w:rsidRPr="003D5C3A" w:rsidRDefault="00000000">
            <w:pPr>
              <w:spacing w:after="40"/>
              <w:jc w:val="center"/>
              <w:rPr>
                <w:sz w:val="24"/>
                <w:szCs w:val="24"/>
              </w:rPr>
            </w:pPr>
            <w:r w:rsidRPr="003D5C3A">
              <w:rPr>
                <w:noProof/>
                <w:sz w:val="24"/>
                <w:szCs w:val="24"/>
              </w:rPr>
              <w:drawing>
                <wp:inline distT="0" distB="0" distL="0" distR="0" wp14:anchorId="48C86D0F" wp14:editId="4C0CA94C">
                  <wp:extent cx="917999" cy="91799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9"/>
                          <a:stretch>
                            <a:fillRect/>
                          </a:stretch>
                        </pic:blipFill>
                        <pic:spPr>
                          <a:xfrm>
                            <a:off x="0" y="0"/>
                            <a:ext cx="917999" cy="917999"/>
                          </a:xfrm>
                          <a:prstGeom prst="rect">
                            <a:avLst/>
                          </a:prstGeom>
                        </pic:spPr>
                      </pic:pic>
                    </a:graphicData>
                  </a:graphic>
                </wp:inline>
              </w:drawing>
            </w:r>
          </w:p>
        </w:tc>
      </w:tr>
    </w:tbl>
    <w:p w14:paraId="16A35FBE" w14:textId="07E3C0B5" w:rsidR="003D5C3A" w:rsidRPr="003D5C3A" w:rsidRDefault="003D5C3A" w:rsidP="003D5C3A">
      <w:pPr>
        <w:jc w:val="center"/>
        <w:rPr>
          <w:sz w:val="24"/>
          <w:szCs w:val="24"/>
        </w:rPr>
      </w:pPr>
      <w:r w:rsidRPr="003D5C3A">
        <w:rPr>
          <w:noProof/>
          <w:sz w:val="24"/>
          <w:szCs w:val="24"/>
        </w:rPr>
        <mc:AlternateContent>
          <mc:Choice Requires="wps">
            <w:drawing>
              <wp:anchor distT="0" distB="0" distL="114300" distR="114300" simplePos="0" relativeHeight="251659264" behindDoc="0" locked="0" layoutInCell="0" allowOverlap="1" wp14:anchorId="711D9328" wp14:editId="1C7D243C">
                <wp:simplePos x="0" y="0"/>
                <wp:positionH relativeFrom="character">
                  <wp:posOffset>-2060575</wp:posOffset>
                </wp:positionH>
                <wp:positionV relativeFrom="paragraph">
                  <wp:posOffset>8890</wp:posOffset>
                </wp:positionV>
                <wp:extent cx="6511290" cy="0"/>
                <wp:effectExtent l="0" t="0" r="0" b="0"/>
                <wp:wrapNone/>
                <wp:docPr id="565010799"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1290" cy="0"/>
                        </a:xfrm>
                        <a:prstGeom prst="line">
                          <a:avLst/>
                        </a:prstGeom>
                        <a:noFill/>
                        <a:ln w="28575">
                          <a:solidFill>
                            <a:schemeClr val="dk1">
                              <a:lumMod val="100000"/>
                              <a:lumOff val="0"/>
                            </a:schemeClr>
                          </a:solidFill>
                          <a:round/>
                          <a:headEnd type="diamond" w="med" len="med"/>
                          <a:tailEnd type="diamond"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 uri="{53640926-AAD7-44D8-BBD7-CCE9431645EC}">
                            <a14:shadowObscured xmlns:a14="http://schemas.microsoft.com/office/drawing/2010/main" val="1"/>
                          </a:ext>
                        </a:extLst>
                      </wps:spPr>
                      <wps:bodyPr/>
                    </wps:wsp>
                  </a:graphicData>
                </a:graphic>
                <wp14:sizeRelH relativeFrom="page">
                  <wp14:pctWidth>0</wp14:pctWidth>
                </wp14:sizeRelH>
                <wp14:sizeRelV relativeFrom="page">
                  <wp14:pctHeight>0</wp14:pctHeight>
                </wp14:sizeRelV>
              </wp:anchor>
            </w:drawing>
          </mc:Choice>
          <mc:Fallback>
            <w:pict>
              <v:line w14:anchorId="661A3494"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char;mso-position-vertical:absolute;mso-position-vertical-relative:text;mso-width-percent:0;mso-height-percent:0;mso-width-relative:page;mso-height-relative:page" from="-162.25pt,.7pt" to="350.4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" o:allowincell="f" strokecolor="black [3200]" strokeweight="2.25pt">
                <v:fill o:detectmouseclick="t"/>
                <v:stroke startarrow="diamond" endarrow="diamond"/>
                <v:shadow color="#868686" obscured="t"/>
              </v:line>
            </w:pict>
          </mc:Fallback>
        </mc:AlternateContent>
      </w:r>
      <w:r w:rsidRPr="003D5C3A">
        <w:rPr>
          <w:sz w:val="24"/>
          <w:szCs w:val="24"/>
        </w:rPr>
        <w:t>Protecția datelor cu caracter personal</w:t>
      </w:r>
    </w:p>
    <w:p w14:paraId="149CB965" w14:textId="77777777" w:rsidR="003D5C3A" w:rsidRPr="003D5C3A" w:rsidRDefault="003D5C3A" w:rsidP="003D5C3A">
      <w:pPr>
        <w:jc w:val="center"/>
        <w:rPr>
          <w:b/>
          <w:sz w:val="24"/>
          <w:szCs w:val="24"/>
        </w:rPr>
      </w:pPr>
      <w:r w:rsidRPr="003D5C3A">
        <w:rPr>
          <w:b/>
          <w:sz w:val="24"/>
          <w:szCs w:val="24"/>
        </w:rPr>
        <w:t xml:space="preserve">ACORD </w:t>
      </w:r>
    </w:p>
    <w:p w14:paraId="5B810219" w14:textId="77777777" w:rsidR="003D5C3A" w:rsidRPr="003D5C3A" w:rsidRDefault="003D5C3A" w:rsidP="003D5C3A">
      <w:pPr>
        <w:tabs>
          <w:tab w:val="center" w:pos="5355"/>
          <w:tab w:val="left" w:pos="9390"/>
        </w:tabs>
        <w:rPr>
          <w:b/>
          <w:sz w:val="24"/>
          <w:szCs w:val="24"/>
        </w:rPr>
      </w:pPr>
      <w:r w:rsidRPr="003D5C3A">
        <w:rPr>
          <w:b/>
          <w:sz w:val="24"/>
          <w:szCs w:val="24"/>
        </w:rPr>
        <w:tab/>
        <w:t>privind prelucrarea datelor cu caracter personal</w:t>
      </w:r>
      <w:r w:rsidRPr="003D5C3A">
        <w:rPr>
          <w:b/>
          <w:sz w:val="24"/>
          <w:szCs w:val="24"/>
        </w:rPr>
        <w:tab/>
      </w:r>
    </w:p>
    <w:p w14:paraId="003203DF" w14:textId="77777777" w:rsidR="003D5C3A" w:rsidRPr="003D5C3A" w:rsidRDefault="003D5C3A" w:rsidP="002A62DF">
      <w:pPr>
        <w:rPr>
          <w:sz w:val="24"/>
          <w:szCs w:val="24"/>
        </w:rPr>
      </w:pPr>
    </w:p>
    <w:p w14:paraId="19CB22E8" w14:textId="50D76F53" w:rsidR="003D5C3A" w:rsidRPr="003D5C3A" w:rsidRDefault="003D5C3A" w:rsidP="003D5C3A">
      <w:pPr>
        <w:spacing w:after="240"/>
        <w:ind w:firstLine="720"/>
        <w:jc w:val="both"/>
        <w:rPr>
          <w:sz w:val="24"/>
          <w:szCs w:val="24"/>
        </w:rPr>
      </w:pPr>
      <w:r w:rsidRPr="003D5C3A">
        <w:rPr>
          <w:b/>
          <w:sz w:val="24"/>
          <w:szCs w:val="24"/>
        </w:rPr>
        <w:t>Subsemnatul</w:t>
      </w:r>
      <w:r w:rsidRPr="003D5C3A">
        <w:rPr>
          <w:sz w:val="24"/>
          <w:szCs w:val="24"/>
        </w:rPr>
        <w:t>,</w:t>
      </w:r>
      <w:r>
        <w:rPr>
          <w:sz w:val="24"/>
          <w:szCs w:val="24"/>
        </w:rPr>
        <w:t xml:space="preserve"> _______________</w:t>
      </w:r>
      <w:r w:rsidRPr="003D5C3A">
        <w:rPr>
          <w:sz w:val="24"/>
          <w:szCs w:val="24"/>
        </w:rPr>
        <w:t xml:space="preserve">___________________________________, CI/CN seria____, nr.__________________, </w:t>
      </w:r>
      <w:r w:rsidRPr="003D5C3A">
        <w:rPr>
          <w:b/>
          <w:sz w:val="24"/>
          <w:szCs w:val="24"/>
        </w:rPr>
        <w:t>declar că</w:t>
      </w:r>
      <w:r w:rsidRPr="003D5C3A">
        <w:rPr>
          <w:sz w:val="24"/>
          <w:szCs w:val="24"/>
        </w:rPr>
        <w:t xml:space="preserve">, în conformitate cu cerințele </w:t>
      </w:r>
      <w:r w:rsidRPr="003D5C3A">
        <w:rPr>
          <w:bCs/>
          <w:sz w:val="24"/>
          <w:szCs w:val="24"/>
        </w:rPr>
        <w:t>Regulamentului (UE) 2016/679 al Parlamentului European și al Consiliului din 27 aprilie 2016</w:t>
      </w:r>
      <w:r w:rsidRPr="003D5C3A">
        <w:rPr>
          <w:sz w:val="24"/>
          <w:szCs w:val="24"/>
        </w:rPr>
        <w:t xml:space="preserve"> privind protecția persoanelor fizice în ceea ce privește prelucrarea datelor cu caracter personal și libera circulație </w:t>
      </w:r>
      <w:proofErr w:type="gramStart"/>
      <w:r w:rsidRPr="003D5C3A">
        <w:rPr>
          <w:sz w:val="24"/>
          <w:szCs w:val="24"/>
        </w:rPr>
        <w:t>a</w:t>
      </w:r>
      <w:proofErr w:type="gramEnd"/>
      <w:r w:rsidRPr="003D5C3A">
        <w:rPr>
          <w:sz w:val="24"/>
          <w:szCs w:val="24"/>
        </w:rPr>
        <w:t xml:space="preserve"> acestor date, publicată în Monitorul Oficial nr. 790/12.12.2001 și de abrogare a Directivei 95/46/CE (Regulamentul general privind protecția datelor - RGPD) și a Regulamentul-cadru de organizare și funcționare al Direcției generale de asistență socială și protecția copilului potrivit Dispozitiei directorului general nr. 956/B/27.07.2023, </w:t>
      </w:r>
      <w:r w:rsidRPr="003D5C3A">
        <w:rPr>
          <w:b/>
          <w:sz w:val="24"/>
          <w:szCs w:val="24"/>
        </w:rPr>
        <w:t>am luat la cunoștință</w:t>
      </w:r>
      <w:r w:rsidRPr="003D5C3A">
        <w:rPr>
          <w:sz w:val="24"/>
          <w:szCs w:val="24"/>
        </w:rPr>
        <w:t xml:space="preserve"> că D.G.A.S.P.C. Arad, în calitate de operator de date cu caracter personal, are obligația legală de a-mi administra, prelucra și porta în condiții de siguranță, inclusiv prin accesarea bazelor de date prevăzute de lege și numai pentru scopurile și numai pentru scopurile prevăzute de legislația în vigoare, datele mele personale pe care le furnizez sau pe care le furnizează, după caz, un membru al familiei mele ori o altă persoană.</w:t>
      </w:r>
    </w:p>
    <w:p w14:paraId="2106EE29" w14:textId="77777777" w:rsidR="003D5C3A" w:rsidRPr="003D5C3A" w:rsidRDefault="003D5C3A" w:rsidP="003D5C3A">
      <w:pPr>
        <w:spacing w:after="240"/>
        <w:ind w:firstLine="720"/>
        <w:jc w:val="both"/>
        <w:rPr>
          <w:sz w:val="24"/>
          <w:szCs w:val="24"/>
        </w:rPr>
      </w:pPr>
      <w:r w:rsidRPr="003D5C3A">
        <w:rPr>
          <w:sz w:val="24"/>
          <w:szCs w:val="24"/>
        </w:rPr>
        <w:t xml:space="preserve">Totodată am luat act de faptul că datele mele cu caracter personal sunt transmise prin orice mijloc de comunicare, instituțiilor publice sau altor entități publice ori private </w:t>
      </w:r>
      <w:proofErr w:type="gramStart"/>
      <w:r w:rsidRPr="003D5C3A">
        <w:rPr>
          <w:sz w:val="24"/>
          <w:szCs w:val="24"/>
        </w:rPr>
        <w:t>ale  căror</w:t>
      </w:r>
      <w:proofErr w:type="gramEnd"/>
      <w:r w:rsidRPr="003D5C3A">
        <w:rPr>
          <w:sz w:val="24"/>
          <w:szCs w:val="24"/>
        </w:rPr>
        <w:t xml:space="preserve"> activități sunt incidente în activitatea de exercitare a drepturilor sociale sau care au legătură directă ori implicită cu instrumentarea cazului pentru care am depus sau oferit informații, cererea sau dosarul, angajaților D.G.A.S.P.C. Arad, care la rândul lor sunt operatori de date cu caracter personal.</w:t>
      </w:r>
    </w:p>
    <w:p w14:paraId="21EB4E81" w14:textId="77777777" w:rsidR="003D5C3A" w:rsidRPr="003D5C3A" w:rsidRDefault="003D5C3A" w:rsidP="003D5C3A">
      <w:pPr>
        <w:spacing w:after="240"/>
        <w:ind w:firstLine="720"/>
        <w:jc w:val="both"/>
        <w:rPr>
          <w:sz w:val="24"/>
          <w:szCs w:val="24"/>
        </w:rPr>
      </w:pPr>
      <w:r w:rsidRPr="003D5C3A">
        <w:rPr>
          <w:sz w:val="24"/>
          <w:szCs w:val="24"/>
        </w:rPr>
        <w:t>Scopul colectării datelor îl constituie efectuarea obligațiilor conform Regulamentului-cadru de organizare și funcționare al Direcției Generale de Asistență Socială și Protecția Copilului din 08.11.2017 potrivit prezenetei cereri sau a cazului. Aceste informații vor putea fi introduse de către D.G.A.S.P.C/ Arad în baza sa de date sub orice formă materială (suport hârtie) și electronică.</w:t>
      </w:r>
    </w:p>
    <w:p w14:paraId="5B2F6BFA" w14:textId="77777777" w:rsidR="003D5C3A" w:rsidRPr="003D5C3A" w:rsidRDefault="003D5C3A" w:rsidP="003D5C3A">
      <w:pPr>
        <w:spacing w:after="240"/>
        <w:ind w:firstLine="720"/>
        <w:jc w:val="both"/>
        <w:rPr>
          <w:b/>
          <w:sz w:val="24"/>
          <w:szCs w:val="24"/>
        </w:rPr>
      </w:pPr>
      <w:r w:rsidRPr="003D5C3A">
        <w:rPr>
          <w:b/>
          <w:sz w:val="24"/>
          <w:szCs w:val="24"/>
        </w:rPr>
        <w:t>Menționez că mi s-</w:t>
      </w:r>
      <w:proofErr w:type="gramStart"/>
      <w:r w:rsidRPr="003D5C3A">
        <w:rPr>
          <w:b/>
          <w:sz w:val="24"/>
          <w:szCs w:val="24"/>
        </w:rPr>
        <w:t>a</w:t>
      </w:r>
      <w:proofErr w:type="gramEnd"/>
      <w:r w:rsidRPr="003D5C3A">
        <w:rPr>
          <w:b/>
          <w:sz w:val="24"/>
          <w:szCs w:val="24"/>
        </w:rPr>
        <w:t xml:space="preserve"> adus la cunoștință că refuzul furnizării acestor date determină imposibilitatea inițierii sau, după caz, finalizării procedurilor D.G.A.S.P.C. Arad.</w:t>
      </w:r>
    </w:p>
    <w:p w14:paraId="62A42248" w14:textId="0364EB0E" w:rsidR="003D5C3A" w:rsidRPr="003D5C3A" w:rsidRDefault="003D5C3A" w:rsidP="003D5C3A">
      <w:pPr>
        <w:spacing w:line="480" w:lineRule="auto"/>
        <w:rPr>
          <w:sz w:val="24"/>
          <w:szCs w:val="24"/>
        </w:rPr>
      </w:pPr>
      <w:r w:rsidRPr="003D5C3A">
        <w:rPr>
          <w:sz w:val="24"/>
          <w:szCs w:val="24"/>
        </w:rPr>
        <w:t xml:space="preserve">Nume și prenume </w:t>
      </w:r>
      <w:proofErr w:type="gramStart"/>
      <w:r w:rsidRPr="003D5C3A">
        <w:rPr>
          <w:sz w:val="24"/>
          <w:szCs w:val="24"/>
        </w:rPr>
        <w:t xml:space="preserve">solicitant,   </w:t>
      </w:r>
      <w:proofErr w:type="gramEnd"/>
      <w:r w:rsidRPr="003D5C3A">
        <w:rPr>
          <w:sz w:val="24"/>
          <w:szCs w:val="24"/>
        </w:rPr>
        <w:t xml:space="preserve">                                   </w:t>
      </w:r>
      <w:proofErr w:type="gramStart"/>
      <w:r w:rsidRPr="003D5C3A">
        <w:rPr>
          <w:sz w:val="24"/>
          <w:szCs w:val="24"/>
        </w:rPr>
        <w:t>Semnătura,_</w:t>
      </w:r>
      <w:proofErr w:type="gramEnd"/>
      <w:r w:rsidRPr="003D5C3A">
        <w:rPr>
          <w:sz w:val="24"/>
          <w:szCs w:val="24"/>
        </w:rPr>
        <w:t>________________</w:t>
      </w:r>
      <w:r w:rsidRPr="003D5C3A">
        <w:rPr>
          <w:sz w:val="24"/>
          <w:szCs w:val="24"/>
        </w:rPr>
        <w:softHyphen/>
      </w:r>
      <w:r w:rsidRPr="003D5C3A">
        <w:rPr>
          <w:sz w:val="24"/>
          <w:szCs w:val="24"/>
        </w:rPr>
        <w:softHyphen/>
      </w:r>
      <w:r w:rsidRPr="003D5C3A">
        <w:rPr>
          <w:sz w:val="24"/>
          <w:szCs w:val="24"/>
        </w:rPr>
        <w:softHyphen/>
        <w:t>______________                           ______________________________</w:t>
      </w:r>
    </w:p>
    <w:p w14:paraId="5E47CBDE" w14:textId="77777777" w:rsidR="003D5C3A" w:rsidRDefault="003D5C3A" w:rsidP="003D5C3A">
      <w:pPr>
        <w:spacing w:line="480" w:lineRule="auto"/>
        <w:rPr>
          <w:sz w:val="24"/>
          <w:szCs w:val="24"/>
        </w:rPr>
      </w:pPr>
      <w:r w:rsidRPr="003D5C3A">
        <w:rPr>
          <w:sz w:val="24"/>
          <w:szCs w:val="24"/>
        </w:rPr>
        <w:t xml:space="preserve">Data ___________________________ </w:t>
      </w:r>
    </w:p>
    <w:p w14:paraId="2A3DA910" w14:textId="511981CB" w:rsidR="004F372A" w:rsidRPr="003D5C3A" w:rsidRDefault="003D5C3A" w:rsidP="003D5C3A">
      <w:pPr>
        <w:spacing w:line="480" w:lineRule="auto"/>
        <w:rPr>
          <w:sz w:val="24"/>
          <w:szCs w:val="24"/>
        </w:rPr>
      </w:pPr>
      <w:proofErr w:type="gramStart"/>
      <w:r w:rsidRPr="003D5C3A">
        <w:rPr>
          <w:sz w:val="24"/>
          <w:szCs w:val="24"/>
        </w:rPr>
        <w:t>Nr._</w:t>
      </w:r>
      <w:proofErr w:type="gramEnd"/>
      <w:r w:rsidRPr="003D5C3A">
        <w:rPr>
          <w:sz w:val="24"/>
          <w:szCs w:val="24"/>
        </w:rPr>
        <w:t>____________________________</w:t>
      </w:r>
    </w:p>
    <w:sectPr w:rsidR="004F372A" w:rsidRPr="003D5C3A" w:rsidSect="008C370A">
      <w:headerReference w:type="default" r:id="rId10"/>
      <w:footerReference w:type="default" r:id="rId11"/>
      <w:pgSz w:w="11906" w:h="16838"/>
      <w:pgMar w:top="567" w:right="935" w:bottom="851" w:left="935" w:header="255" w:footer="25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940972" w14:textId="77777777" w:rsidR="00814EF3" w:rsidRDefault="00814EF3">
      <w:pPr>
        <w:spacing w:after="0" w:line="240" w:lineRule="auto"/>
      </w:pPr>
      <w:r>
        <w:separator/>
      </w:r>
    </w:p>
  </w:endnote>
  <w:endnote w:type="continuationSeparator" w:id="0">
    <w:p w14:paraId="093E037F" w14:textId="77777777" w:rsidR="00814EF3" w:rsidRDefault="00814E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2F099" w14:textId="77777777" w:rsidR="003A1E30" w:rsidRDefault="00000000">
    <w:pPr>
      <w:pStyle w:val="Footer"/>
      <w:spacing w:line="228" w:lineRule="auto"/>
      <w:jc w:val="center"/>
    </w:pPr>
    <w:r>
      <w:rPr>
        <w:color w:val="000000"/>
        <w:sz w:val="15"/>
      </w:rPr>
      <w:t>Proprietatea Direcției Generale de Asistență Socială și Protecția Copilului Arad; nu poate fi difuzată sau reprodusă fără autorizare.</w:t>
    </w:r>
    <w:r>
      <w:rPr>
        <w:color w:val="000000"/>
        <w:sz w:val="15"/>
      </w:rPr>
      <w:br/>
      <w:t>Datele sunt utilizate exclusiv în scopul activităților pentru care au fost solicitate, conform Regulamentului (UE) 2016/679.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1C5FBE" w14:textId="77777777" w:rsidR="00814EF3" w:rsidRDefault="00814EF3">
      <w:pPr>
        <w:spacing w:after="0" w:line="240" w:lineRule="auto"/>
      </w:pPr>
      <w:r>
        <w:separator/>
      </w:r>
    </w:p>
  </w:footnote>
  <w:footnote w:type="continuationSeparator" w:id="0">
    <w:p w14:paraId="32631191" w14:textId="77777777" w:rsidR="00814EF3" w:rsidRDefault="00814E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43569" w14:textId="03F60661" w:rsidR="003D5C3A" w:rsidRPr="003D5C3A" w:rsidRDefault="003D5C3A">
    <w:pPr>
      <w:pStyle w:val="Header"/>
      <w:rPr>
        <w:lang w:val="ro-RO"/>
      </w:rPr>
    </w:pPr>
    <w:r>
      <w:rPr>
        <w:lang w:val="ro-RO"/>
      </w:rPr>
      <w:t>PS 25, A-01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115636788">
    <w:abstractNumId w:val="8"/>
  </w:num>
  <w:num w:numId="2" w16cid:durableId="1181967016">
    <w:abstractNumId w:val="6"/>
  </w:num>
  <w:num w:numId="3" w16cid:durableId="861820959">
    <w:abstractNumId w:val="5"/>
  </w:num>
  <w:num w:numId="4" w16cid:durableId="1255935100">
    <w:abstractNumId w:val="4"/>
  </w:num>
  <w:num w:numId="5" w16cid:durableId="1482888557">
    <w:abstractNumId w:val="7"/>
  </w:num>
  <w:num w:numId="6" w16cid:durableId="1464301257">
    <w:abstractNumId w:val="3"/>
  </w:num>
  <w:num w:numId="7" w16cid:durableId="531114372">
    <w:abstractNumId w:val="2"/>
  </w:num>
  <w:num w:numId="8" w16cid:durableId="337735176">
    <w:abstractNumId w:val="1"/>
  </w:num>
  <w:num w:numId="9" w16cid:durableId="15477953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5048"/>
    <w:rsid w:val="00150030"/>
    <w:rsid w:val="0015074B"/>
    <w:rsid w:val="0029639D"/>
    <w:rsid w:val="002A62DF"/>
    <w:rsid w:val="00326F90"/>
    <w:rsid w:val="00377536"/>
    <w:rsid w:val="003A1E30"/>
    <w:rsid w:val="003D5C3A"/>
    <w:rsid w:val="00487F63"/>
    <w:rsid w:val="004F372A"/>
    <w:rsid w:val="00814EF3"/>
    <w:rsid w:val="008C370A"/>
    <w:rsid w:val="00A1209F"/>
    <w:rsid w:val="00A90F04"/>
    <w:rsid w:val="00AA1D8D"/>
    <w:rsid w:val="00B47730"/>
    <w:rsid w:val="00B930ED"/>
    <w:rsid w:val="00BC0671"/>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37CA766"/>
  <w14:defaultImageDpi w14:val="300"/>
  <w15:docId w15:val="{C0239E8E-5C44-486A-8F94-C070E57CD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cs="Times New Roman"/>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422</Words>
  <Characters>2452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Augustina Stefanescu</cp:lastModifiedBy>
  <cp:revision>4</cp:revision>
  <cp:lastPrinted>2026-09-14T06:12:00Z</cp:lastPrinted>
  <dcterms:created xsi:type="dcterms:W3CDTF">2026-10-01T09:54:00Z</dcterms:created>
  <dcterms:modified xsi:type="dcterms:W3CDTF">2026-10-01T10:10:00Z</dcterms:modified>
  <cp:category/>
</cp:coreProperties>
</file>