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single" w:sz="16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6803"/>
        <w:gridCol w:w="1646"/>
      </w:tblGrid>
      <w:tr w:rsidR="003A1E30" w:rsidRPr="003D5C3A" w14:paraId="3CDFAFC9" w14:textId="77777777" w:rsidTr="002F5333">
        <w:trPr>
          <w:jc w:val="center"/>
        </w:trPr>
        <w:tc>
          <w:tcPr>
            <w:tcW w:w="1474" w:type="dxa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D456DD2" w14:textId="77777777" w:rsidR="003A1E30" w:rsidRPr="003D5C3A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 w:rsidRPr="003D5C3A">
              <w:rPr>
                <w:noProof/>
                <w:sz w:val="24"/>
                <w:szCs w:val="24"/>
              </w:rPr>
              <w:drawing>
                <wp:inline distT="0" distB="0" distL="0" distR="0" wp14:anchorId="1A8B8675" wp14:editId="75B20075">
                  <wp:extent cx="774000" cy="9073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90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B92F3AC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CONSILIUL JUDEȚEAN ARAD</w:t>
            </w:r>
          </w:p>
          <w:p w14:paraId="6F9AD3FD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DIRECȚIA GENERALĂ DE ASISTENȚĂ SOCIALĂ</w:t>
            </w:r>
          </w:p>
          <w:p w14:paraId="21C38E31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ȘI PROTECȚIA COPILULUI</w:t>
            </w:r>
          </w:p>
          <w:p w14:paraId="6632BC40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Str. 1 Decembrie 1918, nr. 14, cod 310134</w:t>
            </w:r>
          </w:p>
          <w:p w14:paraId="436CC3E8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tel./fax: 0040-(0)257-210055, 210035</w:t>
            </w:r>
          </w:p>
          <w:p w14:paraId="3EA48142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mobil: 0040-(0)745-534965; 0040-(0)735-203423</w:t>
            </w:r>
          </w:p>
          <w:p w14:paraId="47FFA2FC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color w:val="000000"/>
                <w:sz w:val="24"/>
                <w:szCs w:val="24"/>
              </w:rPr>
              <w:t>e-mail: secretariat@dgaspc-arad.ro; web: www.dgaspc-arad.ro</w:t>
            </w:r>
          </w:p>
          <w:p w14:paraId="351C6781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Operator de prelucrare date cu caracter personal nr. 8089</w:t>
            </w:r>
          </w:p>
        </w:tc>
        <w:tc>
          <w:tcPr>
            <w:tcW w:w="1646" w:type="dxa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DBB7E0E" w14:textId="77777777" w:rsidR="003A1E30" w:rsidRPr="003D5C3A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 w:rsidRPr="003D5C3A">
              <w:rPr>
                <w:noProof/>
                <w:sz w:val="24"/>
                <w:szCs w:val="24"/>
              </w:rPr>
              <w:drawing>
                <wp:inline distT="0" distB="0" distL="0" distR="0" wp14:anchorId="48C86D0F" wp14:editId="4C0CA94C">
                  <wp:extent cx="917999" cy="91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407770" w14:textId="77777777" w:rsidR="002F5333" w:rsidRPr="002F5333" w:rsidRDefault="002F5333" w:rsidP="002F5333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val="ro-RO" w:eastAsia="ro-RO"/>
        </w:rPr>
      </w:pPr>
      <w:r w:rsidRPr="002F5333">
        <w:rPr>
          <w:rFonts w:eastAsia="Times New Roman"/>
          <w:b/>
          <w:bCs/>
          <w:sz w:val="24"/>
          <w:szCs w:val="24"/>
          <w:lang w:val="ro-RO" w:eastAsia="ro-RO"/>
        </w:rPr>
        <w:t>Serviciul de Evaluare Complexă a Copilului</w:t>
      </w:r>
    </w:p>
    <w:p w14:paraId="733308D5" w14:textId="77777777" w:rsidR="002F5333" w:rsidRPr="002F5333" w:rsidRDefault="002F5333" w:rsidP="002F5333">
      <w:pPr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val="ro-RO" w:eastAsia="ro-RO"/>
        </w:rPr>
      </w:pPr>
    </w:p>
    <w:p w14:paraId="07E6CB0B" w14:textId="77777777" w:rsidR="002F5333" w:rsidRPr="002F5333" w:rsidRDefault="002F5333" w:rsidP="002F5333">
      <w:p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val="ro-RO" w:eastAsia="ro-RO"/>
        </w:rPr>
      </w:pPr>
    </w:p>
    <w:p w14:paraId="3C081B9F" w14:textId="77777777" w:rsidR="002F5333" w:rsidRPr="002F5333" w:rsidRDefault="002F5333" w:rsidP="002F5333">
      <w:p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val="ro-RO" w:eastAsia="ro-RO"/>
        </w:rPr>
      </w:pPr>
      <w:r w:rsidRPr="002F5333">
        <w:rPr>
          <w:rFonts w:eastAsia="Times New Roman"/>
          <w:b/>
          <w:bCs/>
          <w:sz w:val="24"/>
          <w:szCs w:val="24"/>
          <w:lang w:val="ro-RO" w:eastAsia="ro-RO"/>
        </w:rPr>
        <w:t>Nr.__________din_______________</w:t>
      </w:r>
    </w:p>
    <w:p w14:paraId="1E186633" w14:textId="77777777" w:rsidR="002F5333" w:rsidRPr="002F5333" w:rsidRDefault="002F5333" w:rsidP="002F5333">
      <w:p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val="ro-RO" w:eastAsia="ro-RO"/>
        </w:rPr>
      </w:pPr>
    </w:p>
    <w:p w14:paraId="2915784A" w14:textId="77777777" w:rsidR="002F5333" w:rsidRPr="002F5333" w:rsidRDefault="002F5333" w:rsidP="002F5333">
      <w:p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val="ro-RO" w:eastAsia="ro-RO"/>
        </w:rPr>
      </w:pPr>
    </w:p>
    <w:p w14:paraId="37B4667B" w14:textId="77777777" w:rsidR="002F5333" w:rsidRPr="002F5333" w:rsidRDefault="002F5333" w:rsidP="002F5333">
      <w:pPr>
        <w:spacing w:after="0" w:line="240" w:lineRule="auto"/>
        <w:rPr>
          <w:rFonts w:eastAsia="Times New Roman"/>
          <w:b/>
          <w:sz w:val="24"/>
          <w:szCs w:val="24"/>
          <w:lang w:val="ro-RO" w:eastAsia="ro-RO"/>
        </w:rPr>
      </w:pPr>
    </w:p>
    <w:p w14:paraId="1ECC4DFC" w14:textId="77777777" w:rsidR="002F5333" w:rsidRPr="002F5333" w:rsidRDefault="002F5333" w:rsidP="002F5333">
      <w:pPr>
        <w:spacing w:after="0" w:line="240" w:lineRule="auto"/>
        <w:ind w:left="-851" w:right="-897"/>
        <w:jc w:val="center"/>
        <w:rPr>
          <w:rFonts w:eastAsia="Times New Roman"/>
          <w:b/>
          <w:sz w:val="28"/>
          <w:szCs w:val="28"/>
          <w:lang w:val="ro-RO" w:eastAsia="ro-RO"/>
        </w:rPr>
      </w:pPr>
      <w:r w:rsidRPr="002F5333">
        <w:rPr>
          <w:rFonts w:eastAsia="Times New Roman"/>
          <w:b/>
          <w:sz w:val="28"/>
          <w:szCs w:val="28"/>
          <w:lang w:val="ro-RO" w:eastAsia="ro-RO"/>
        </w:rPr>
        <w:t>Cerere-tip pentru evaluare complexă şi încadrare a copilului</w:t>
      </w:r>
    </w:p>
    <w:p w14:paraId="1ED87319" w14:textId="77777777" w:rsidR="002F5333" w:rsidRPr="002F5333" w:rsidRDefault="002F5333" w:rsidP="002F5333">
      <w:pPr>
        <w:spacing w:after="0" w:line="240" w:lineRule="auto"/>
        <w:ind w:left="-851" w:right="-897"/>
        <w:jc w:val="center"/>
        <w:rPr>
          <w:rFonts w:eastAsia="Times New Roman"/>
          <w:b/>
          <w:sz w:val="28"/>
          <w:szCs w:val="28"/>
          <w:lang w:val="ro-RO" w:eastAsia="ro-RO"/>
        </w:rPr>
      </w:pPr>
      <w:r w:rsidRPr="002F5333">
        <w:rPr>
          <w:rFonts w:eastAsia="Times New Roman"/>
          <w:b/>
          <w:sz w:val="28"/>
          <w:szCs w:val="28"/>
          <w:lang w:val="ro-RO" w:eastAsia="ro-RO"/>
        </w:rPr>
        <w:t>cu dizabilităţi în grad de handicap/acces la servicii de abilitare şi reabilitare</w:t>
      </w:r>
      <w:r w:rsidRPr="002F5333">
        <w:rPr>
          <w:rFonts w:eastAsia="Times New Roman"/>
          <w:b/>
          <w:sz w:val="24"/>
          <w:szCs w:val="24"/>
          <w:lang w:val="ro-RO" w:eastAsia="ro-RO"/>
        </w:rPr>
        <w:br/>
      </w:r>
    </w:p>
    <w:p w14:paraId="70C4428C" w14:textId="77777777" w:rsidR="002F5333" w:rsidRPr="002F5333" w:rsidRDefault="002F5333" w:rsidP="002F5333">
      <w:pPr>
        <w:spacing w:after="0" w:line="240" w:lineRule="auto"/>
        <w:ind w:left="-709" w:right="-897" w:firstLine="709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Doamnă Director,</w:t>
      </w:r>
    </w:p>
    <w:p w14:paraId="3439E51A" w14:textId="77777777" w:rsidR="002F5333" w:rsidRPr="002F5333" w:rsidRDefault="002F5333" w:rsidP="002F5333">
      <w:pPr>
        <w:spacing w:after="0" w:line="240" w:lineRule="auto"/>
        <w:ind w:left="-709" w:right="-897" w:firstLine="709"/>
        <w:rPr>
          <w:rFonts w:eastAsia="Times New Roman"/>
          <w:sz w:val="24"/>
          <w:szCs w:val="24"/>
          <w:lang w:val="ro-RO" w:eastAsia="ro-RO"/>
        </w:rPr>
      </w:pPr>
    </w:p>
    <w:p w14:paraId="2C16F42F" w14:textId="56B1E5CE" w:rsidR="002F5333" w:rsidRPr="002F5333" w:rsidRDefault="002F5333" w:rsidP="002F5333">
      <w:pPr>
        <w:spacing w:after="0" w:line="240" w:lineRule="auto"/>
        <w:ind w:right="-29" w:firstLine="720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Subsemnatul(a)_____________________________________</w:t>
      </w:r>
      <w:r>
        <w:rPr>
          <w:rFonts w:eastAsia="Times New Roman"/>
          <w:sz w:val="24"/>
          <w:szCs w:val="24"/>
          <w:lang w:val="ro-RO" w:eastAsia="ro-RO"/>
        </w:rPr>
        <w:t>______________</w:t>
      </w:r>
      <w:r w:rsidRPr="002F5333">
        <w:rPr>
          <w:rFonts w:eastAsia="Times New Roman"/>
          <w:sz w:val="24"/>
          <w:szCs w:val="24"/>
          <w:lang w:val="ro-RO" w:eastAsia="ro-RO"/>
        </w:rPr>
        <w:t xml:space="preserve">_, domiciliat(ă) în _________________, </w:t>
      </w:r>
      <w:r>
        <w:rPr>
          <w:rFonts w:eastAsia="Times New Roman"/>
          <w:sz w:val="24"/>
          <w:szCs w:val="24"/>
          <w:lang w:val="ro-RO" w:eastAsia="ro-RO"/>
        </w:rPr>
        <w:t xml:space="preserve">     </w:t>
      </w:r>
      <w:r w:rsidRPr="002F5333">
        <w:rPr>
          <w:rFonts w:eastAsia="Times New Roman"/>
          <w:sz w:val="24"/>
          <w:szCs w:val="24"/>
          <w:lang w:val="ro-RO" w:eastAsia="ro-RO"/>
        </w:rPr>
        <w:t>str.____________</w:t>
      </w:r>
      <w:r>
        <w:rPr>
          <w:rFonts w:eastAsia="Times New Roman"/>
          <w:sz w:val="24"/>
          <w:szCs w:val="24"/>
          <w:lang w:val="ro-RO" w:eastAsia="ro-RO"/>
        </w:rPr>
        <w:t>_____</w:t>
      </w:r>
      <w:r w:rsidRPr="002F5333">
        <w:rPr>
          <w:rFonts w:eastAsia="Times New Roman"/>
          <w:sz w:val="24"/>
          <w:szCs w:val="24"/>
          <w:lang w:val="ro-RO" w:eastAsia="ro-RO"/>
        </w:rPr>
        <w:t>_________ nr.______, bl._______, sc.____, et.______, ap.______, judeţul _____________, faptic locuind in _________________, str._____________________</w:t>
      </w:r>
      <w:r>
        <w:rPr>
          <w:rFonts w:eastAsia="Times New Roman"/>
          <w:sz w:val="24"/>
          <w:szCs w:val="24"/>
          <w:lang w:val="ro-RO" w:eastAsia="ro-RO"/>
        </w:rPr>
        <w:t xml:space="preserve"> </w:t>
      </w:r>
      <w:r w:rsidRPr="002F5333">
        <w:rPr>
          <w:rFonts w:eastAsia="Times New Roman"/>
          <w:sz w:val="24"/>
          <w:szCs w:val="24"/>
          <w:lang w:val="ro-RO" w:eastAsia="ro-RO"/>
        </w:rPr>
        <w:t>nr.______, bl._______, sc.____, et.____, ap.______, judeţul________  telefonul _________________, legitimat(ă) cu _____ seria____ nr.__________, în calitate de părinte/reprezentant legal al copilului _________________________________, născut la data de _________________, CNP _______________________________, solicit prin prezenta evaluarea complexă şi</w:t>
      </w:r>
    </w:p>
    <w:p w14:paraId="07A26B78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încadrarea în grad de handicap a copilului meu sau</w:t>
      </w:r>
    </w:p>
    <w:p w14:paraId="7D019D80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acces la servicii de abilitare şi reabilitare</w:t>
      </w:r>
    </w:p>
    <w:p w14:paraId="42043F92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Anexez următoarele documente (se bifează):</w:t>
      </w:r>
    </w:p>
    <w:p w14:paraId="3807987C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o copie a actului de identitate al copilului (certificat de naştere/carte de identitate);</w:t>
      </w:r>
    </w:p>
    <w:p w14:paraId="16719BB9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copii ale actelor de identitate ale părinţilor/reprezentantului legal;</w:t>
      </w:r>
    </w:p>
    <w:p w14:paraId="1F6FD769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o copie a documentului prin care se face dovada că persoana care depune cererea este reprezentantul legal al copilului (hotărâre a instanţei/hotărâre a comisiei pentru protecţia copilului);</w:t>
      </w:r>
    </w:p>
    <w:p w14:paraId="20A78A66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ancheta socială de la SPAS si anexa anchetei sociale – Factori de mediu;</w:t>
      </w:r>
    </w:p>
    <w:p w14:paraId="567527D2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fişa medicală sintetică de la medicul de familie sau medicul curant din unitatea specializată în îngrijiri paliative;</w:t>
      </w:r>
    </w:p>
    <w:p w14:paraId="6785890A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certificatul medical tip A5 de la medicul de specialitate;</w:t>
      </w:r>
    </w:p>
    <w:p w14:paraId="08E7381A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copii ale documentelor medicale adiţionale la certificatul medical de tip A5 (scrisoare medicală, bilete de externare);</w:t>
      </w:r>
    </w:p>
    <w:p w14:paraId="295FED67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fişa de evaluare psihologică de la psihologul atestat în psihologie clinică (atunci când este cazul);</w:t>
      </w:r>
    </w:p>
    <w:p w14:paraId="6023457C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fisa psihopedagogica;</w:t>
      </w:r>
    </w:p>
    <w:p w14:paraId="442D814F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o copie a certificatului de încadrare în grad de handicap în vigoare (la reevaluare);</w:t>
      </w:r>
    </w:p>
    <w:p w14:paraId="20C696AF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o copie a certificatului de orientare şcolară şi profesională în vigoare (atunci când este cazul);</w:t>
      </w:r>
    </w:p>
    <w:p w14:paraId="7D8F6906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□ alte documente în copie (se specifica).</w:t>
      </w:r>
    </w:p>
    <w:p w14:paraId="01BD06E4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</w:p>
    <w:p w14:paraId="4BBE081C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</w:p>
    <w:p w14:paraId="5449E540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</w:p>
    <w:p w14:paraId="31ECB93E" w14:textId="77777777" w:rsidR="002F5333" w:rsidRPr="002F5333" w:rsidRDefault="002F5333" w:rsidP="002F5333">
      <w:pPr>
        <w:spacing w:after="0" w:line="240" w:lineRule="auto"/>
        <w:ind w:right="-29"/>
        <w:jc w:val="both"/>
        <w:rPr>
          <w:rFonts w:eastAsia="Times New Roman"/>
          <w:sz w:val="24"/>
          <w:szCs w:val="24"/>
          <w:lang w:val="ro-RO" w:eastAsia="ro-RO"/>
        </w:rPr>
      </w:pPr>
      <w:r w:rsidRPr="002F5333">
        <w:rPr>
          <w:rFonts w:eastAsia="Times New Roman"/>
          <w:sz w:val="24"/>
          <w:szCs w:val="24"/>
          <w:lang w:val="ro-RO" w:eastAsia="ro-RO"/>
        </w:rPr>
        <w:t>Data______________</w:t>
      </w:r>
      <w:r w:rsidRPr="002F5333">
        <w:rPr>
          <w:rFonts w:eastAsia="Times New Roman"/>
          <w:sz w:val="24"/>
          <w:szCs w:val="24"/>
          <w:lang w:val="ro-RO" w:eastAsia="ro-RO"/>
        </w:rPr>
        <w:tab/>
      </w:r>
      <w:r w:rsidRPr="002F5333">
        <w:rPr>
          <w:rFonts w:eastAsia="Times New Roman"/>
          <w:sz w:val="24"/>
          <w:szCs w:val="24"/>
          <w:lang w:val="ro-RO" w:eastAsia="ro-RO"/>
        </w:rPr>
        <w:tab/>
      </w:r>
      <w:r w:rsidRPr="002F5333">
        <w:rPr>
          <w:rFonts w:eastAsia="Times New Roman"/>
          <w:sz w:val="24"/>
          <w:szCs w:val="24"/>
          <w:lang w:val="ro-RO" w:eastAsia="ro-RO"/>
        </w:rPr>
        <w:tab/>
      </w:r>
      <w:r w:rsidRPr="002F5333">
        <w:rPr>
          <w:rFonts w:eastAsia="Times New Roman"/>
          <w:sz w:val="24"/>
          <w:szCs w:val="24"/>
          <w:lang w:val="ro-RO" w:eastAsia="ro-RO"/>
        </w:rPr>
        <w:tab/>
      </w:r>
      <w:r w:rsidRPr="002F5333">
        <w:rPr>
          <w:rFonts w:eastAsia="Times New Roman"/>
          <w:sz w:val="24"/>
          <w:szCs w:val="24"/>
          <w:lang w:val="ro-RO" w:eastAsia="ro-RO"/>
        </w:rPr>
        <w:tab/>
      </w:r>
      <w:r w:rsidRPr="002F5333">
        <w:rPr>
          <w:rFonts w:eastAsia="Times New Roman"/>
          <w:sz w:val="24"/>
          <w:szCs w:val="24"/>
          <w:lang w:val="ro-RO" w:eastAsia="ro-RO"/>
        </w:rPr>
        <w:tab/>
      </w:r>
      <w:r w:rsidRPr="002F5333">
        <w:rPr>
          <w:rFonts w:eastAsia="Times New Roman"/>
          <w:sz w:val="24"/>
          <w:szCs w:val="24"/>
          <w:lang w:val="ro-RO" w:eastAsia="ro-RO"/>
        </w:rPr>
        <w:tab/>
        <w:t>Semnătura_________________</w:t>
      </w:r>
      <w:r w:rsidRPr="002F5333">
        <w:rPr>
          <w:rFonts w:eastAsia="Times New Roman"/>
          <w:sz w:val="24"/>
          <w:szCs w:val="24"/>
          <w:lang w:val="ro-RO" w:eastAsia="ro-RO"/>
        </w:rPr>
        <w:br/>
      </w:r>
    </w:p>
    <w:p w14:paraId="2A3DA910" w14:textId="794F88CF" w:rsidR="004F372A" w:rsidRPr="003D5C3A" w:rsidRDefault="004F372A" w:rsidP="003D5C3A">
      <w:pPr>
        <w:spacing w:line="480" w:lineRule="auto"/>
        <w:rPr>
          <w:sz w:val="24"/>
          <w:szCs w:val="24"/>
        </w:rPr>
      </w:pPr>
    </w:p>
    <w:sectPr w:rsidR="004F372A" w:rsidRPr="003D5C3A" w:rsidSect="008C370A">
      <w:headerReference w:type="default" r:id="rId10"/>
      <w:footerReference w:type="default" r:id="rId11"/>
      <w:pgSz w:w="11906" w:h="16838"/>
      <w:pgMar w:top="567" w:right="935" w:bottom="851" w:left="935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B288B" w14:textId="77777777" w:rsidR="00EF1567" w:rsidRDefault="00EF1567">
      <w:pPr>
        <w:spacing w:after="0" w:line="240" w:lineRule="auto"/>
      </w:pPr>
      <w:r>
        <w:separator/>
      </w:r>
    </w:p>
  </w:endnote>
  <w:endnote w:type="continuationSeparator" w:id="0">
    <w:p w14:paraId="7EF6C6F5" w14:textId="77777777" w:rsidR="00EF1567" w:rsidRDefault="00EF1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2F099" w14:textId="77777777" w:rsidR="003A1E30" w:rsidRDefault="00000000">
    <w:pPr>
      <w:pStyle w:val="Footer"/>
      <w:spacing w:line="228" w:lineRule="auto"/>
      <w:jc w:val="center"/>
    </w:pPr>
    <w:proofErr w:type="spellStart"/>
    <w:r>
      <w:rPr>
        <w:color w:val="000000"/>
        <w:sz w:val="15"/>
      </w:rPr>
      <w:t>Proprietatea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Direcției</w:t>
    </w:r>
    <w:proofErr w:type="spellEnd"/>
    <w:r>
      <w:rPr>
        <w:color w:val="000000"/>
        <w:sz w:val="15"/>
      </w:rPr>
      <w:t xml:space="preserve"> Generale de </w:t>
    </w:r>
    <w:proofErr w:type="spellStart"/>
    <w:r>
      <w:rPr>
        <w:color w:val="000000"/>
        <w:sz w:val="15"/>
      </w:rPr>
      <w:t>Asistență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Socială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și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Protecția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Copilului</w:t>
    </w:r>
    <w:proofErr w:type="spellEnd"/>
    <w:r>
      <w:rPr>
        <w:color w:val="000000"/>
        <w:sz w:val="15"/>
      </w:rPr>
      <w:t xml:space="preserve"> Arad; nu </w:t>
    </w:r>
    <w:proofErr w:type="spellStart"/>
    <w:r>
      <w:rPr>
        <w:color w:val="000000"/>
        <w:sz w:val="15"/>
      </w:rPr>
      <w:t>poate</w:t>
    </w:r>
    <w:proofErr w:type="spellEnd"/>
    <w:r>
      <w:rPr>
        <w:color w:val="000000"/>
        <w:sz w:val="15"/>
      </w:rPr>
      <w:t xml:space="preserve"> fi </w:t>
    </w:r>
    <w:proofErr w:type="spellStart"/>
    <w:r>
      <w:rPr>
        <w:color w:val="000000"/>
        <w:sz w:val="15"/>
      </w:rPr>
      <w:t>difuzată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sau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reprodusă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fără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autorizare</w:t>
    </w:r>
    <w:proofErr w:type="spellEnd"/>
    <w:r>
      <w:rPr>
        <w:color w:val="000000"/>
        <w:sz w:val="15"/>
      </w:rPr>
      <w:t>.</w:t>
    </w:r>
    <w:r>
      <w:rPr>
        <w:color w:val="000000"/>
        <w:sz w:val="15"/>
      </w:rPr>
      <w:br/>
    </w:r>
    <w:proofErr w:type="spellStart"/>
    <w:r>
      <w:rPr>
        <w:color w:val="000000"/>
        <w:sz w:val="15"/>
      </w:rPr>
      <w:t>Datele</w:t>
    </w:r>
    <w:proofErr w:type="spellEnd"/>
    <w:r>
      <w:rPr>
        <w:color w:val="000000"/>
        <w:sz w:val="15"/>
      </w:rPr>
      <w:t xml:space="preserve"> sunt </w:t>
    </w:r>
    <w:proofErr w:type="spellStart"/>
    <w:r>
      <w:rPr>
        <w:color w:val="000000"/>
        <w:sz w:val="15"/>
      </w:rPr>
      <w:t>utilizate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exclusiv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în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scopul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activităților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pentru</w:t>
    </w:r>
    <w:proofErr w:type="spellEnd"/>
    <w:r>
      <w:rPr>
        <w:color w:val="000000"/>
        <w:sz w:val="15"/>
      </w:rPr>
      <w:t xml:space="preserve"> care au </w:t>
    </w:r>
    <w:proofErr w:type="spellStart"/>
    <w:r>
      <w:rPr>
        <w:color w:val="000000"/>
        <w:sz w:val="15"/>
      </w:rPr>
      <w:t>fost</w:t>
    </w:r>
    <w:proofErr w:type="spellEnd"/>
    <w:r>
      <w:rPr>
        <w:color w:val="000000"/>
        <w:sz w:val="15"/>
      </w:rPr>
      <w:t xml:space="preserve"> solicitate, conform </w:t>
    </w:r>
    <w:proofErr w:type="spellStart"/>
    <w:r>
      <w:rPr>
        <w:color w:val="000000"/>
        <w:sz w:val="15"/>
      </w:rPr>
      <w:t>Regulamentului</w:t>
    </w:r>
    <w:proofErr w:type="spellEnd"/>
    <w:r>
      <w:rPr>
        <w:color w:val="000000"/>
        <w:sz w:val="15"/>
      </w:rPr>
      <w:t xml:space="preserve"> (UE) 2016/679.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43C1A" w14:textId="77777777" w:rsidR="00EF1567" w:rsidRDefault="00EF1567">
      <w:pPr>
        <w:spacing w:after="0" w:line="240" w:lineRule="auto"/>
      </w:pPr>
      <w:r>
        <w:separator/>
      </w:r>
    </w:p>
  </w:footnote>
  <w:footnote w:type="continuationSeparator" w:id="0">
    <w:p w14:paraId="30EF37D3" w14:textId="77777777" w:rsidR="00EF1567" w:rsidRDefault="00EF1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43569" w14:textId="3EE579E2" w:rsidR="003D5C3A" w:rsidRPr="003D5C3A" w:rsidRDefault="002F5333">
    <w:pPr>
      <w:pStyle w:val="Header"/>
      <w:rPr>
        <w:lang w:val="ro-RO"/>
      </w:rPr>
    </w:pPr>
    <w:r>
      <w:rPr>
        <w:lang w:val="ro-RO"/>
      </w:rPr>
      <w:t>Anexa 4, Ordinul 1985/2016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5636788">
    <w:abstractNumId w:val="8"/>
  </w:num>
  <w:num w:numId="2" w16cid:durableId="1181967016">
    <w:abstractNumId w:val="6"/>
  </w:num>
  <w:num w:numId="3" w16cid:durableId="861820959">
    <w:abstractNumId w:val="5"/>
  </w:num>
  <w:num w:numId="4" w16cid:durableId="1255935100">
    <w:abstractNumId w:val="4"/>
  </w:num>
  <w:num w:numId="5" w16cid:durableId="1482888557">
    <w:abstractNumId w:val="7"/>
  </w:num>
  <w:num w:numId="6" w16cid:durableId="1464301257">
    <w:abstractNumId w:val="3"/>
  </w:num>
  <w:num w:numId="7" w16cid:durableId="531114372">
    <w:abstractNumId w:val="2"/>
  </w:num>
  <w:num w:numId="8" w16cid:durableId="337735176">
    <w:abstractNumId w:val="1"/>
  </w:num>
  <w:num w:numId="9" w16cid:durableId="1547795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2D6"/>
    <w:rsid w:val="00150030"/>
    <w:rsid w:val="0015074B"/>
    <w:rsid w:val="0029639D"/>
    <w:rsid w:val="002F5333"/>
    <w:rsid w:val="00326F90"/>
    <w:rsid w:val="00377536"/>
    <w:rsid w:val="003A1E30"/>
    <w:rsid w:val="003D5C3A"/>
    <w:rsid w:val="004F372A"/>
    <w:rsid w:val="008C370A"/>
    <w:rsid w:val="00A1209F"/>
    <w:rsid w:val="00A90F04"/>
    <w:rsid w:val="00AA1D8D"/>
    <w:rsid w:val="00B47730"/>
    <w:rsid w:val="00B930ED"/>
    <w:rsid w:val="00BC0671"/>
    <w:rsid w:val="00CB0664"/>
    <w:rsid w:val="00EF15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7CA766"/>
  <w14:defaultImageDpi w14:val="300"/>
  <w15:docId w15:val="{C0239E8E-5C44-486A-8F94-C070E57CD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 w:cs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Augustina Stefanescu</cp:lastModifiedBy>
  <cp:revision>3</cp:revision>
  <cp:lastPrinted>2026-09-14T06:12:00Z</cp:lastPrinted>
  <dcterms:created xsi:type="dcterms:W3CDTF">2026-10-01T09:57:00Z</dcterms:created>
  <dcterms:modified xsi:type="dcterms:W3CDTF">2026-10-01T10:00:00Z</dcterms:modified>
  <cp:category/>
</cp:coreProperties>
</file>